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4B3C5" w14:textId="45FADD58" w:rsidR="006A5444" w:rsidRPr="006A5444" w:rsidRDefault="006A5444">
      <w:pPr>
        <w:jc w:val="center"/>
        <w:rPr>
          <w:rFonts w:asciiTheme="majorHAnsi" w:hAnsiTheme="majorHAnsi" w:cstheme="majorHAnsi"/>
          <w:b/>
          <w:color w:val="003366"/>
          <w:sz w:val="28"/>
          <w:szCs w:val="28"/>
          <w:lang w:val="it-IT"/>
        </w:rPr>
      </w:pPr>
      <w:r w:rsidRPr="006A5444">
        <w:rPr>
          <w:rFonts w:asciiTheme="majorHAnsi" w:hAnsiTheme="majorHAnsi" w:cstheme="majorHAnsi"/>
          <w:b/>
          <w:color w:val="003366"/>
          <w:sz w:val="28"/>
          <w:szCs w:val="28"/>
          <w:lang w:val="it-IT"/>
        </w:rPr>
        <w:t>REGIONE LOMBARDIA</w:t>
      </w:r>
    </w:p>
    <w:p w14:paraId="0F04029E" w14:textId="471E4194" w:rsidR="00E93640" w:rsidRPr="006A5444" w:rsidRDefault="00222E38">
      <w:pPr>
        <w:jc w:val="center"/>
        <w:rPr>
          <w:rFonts w:asciiTheme="majorHAnsi" w:hAnsiTheme="majorHAnsi" w:cstheme="majorHAnsi"/>
          <w:b/>
          <w:color w:val="003366"/>
          <w:sz w:val="28"/>
          <w:szCs w:val="28"/>
          <w:lang w:val="it-IT"/>
        </w:rPr>
      </w:pPr>
      <w:r w:rsidRPr="006A5444">
        <w:rPr>
          <w:rFonts w:asciiTheme="majorHAnsi" w:hAnsiTheme="majorHAnsi" w:cstheme="majorHAnsi"/>
          <w:b/>
          <w:color w:val="003366"/>
          <w:sz w:val="28"/>
          <w:szCs w:val="28"/>
          <w:lang w:val="it-IT"/>
        </w:rPr>
        <w:t>PROGETTO “MANIFATTURE APERTE”</w:t>
      </w:r>
      <w:r w:rsidRPr="006A5444">
        <w:rPr>
          <w:rFonts w:asciiTheme="majorHAnsi" w:hAnsiTheme="majorHAnsi" w:cstheme="majorHAnsi"/>
          <w:b/>
          <w:color w:val="003366"/>
          <w:sz w:val="28"/>
          <w:szCs w:val="28"/>
          <w:lang w:val="it-IT"/>
        </w:rPr>
        <w:br/>
      </w:r>
      <w:r w:rsidR="006A5444" w:rsidRPr="006A5444">
        <w:rPr>
          <w:rFonts w:asciiTheme="majorHAnsi" w:hAnsiTheme="majorHAnsi" w:cstheme="majorHAnsi"/>
          <w:bCs/>
          <w:smallCaps/>
          <w:sz w:val="28"/>
          <w:szCs w:val="28"/>
          <w:lang w:val="it-IT"/>
        </w:rPr>
        <w:t xml:space="preserve">Scheda </w:t>
      </w:r>
      <w:r w:rsidR="00CA05B4">
        <w:rPr>
          <w:rFonts w:asciiTheme="majorHAnsi" w:hAnsiTheme="majorHAnsi" w:cstheme="majorHAnsi"/>
          <w:bCs/>
          <w:smallCaps/>
          <w:sz w:val="28"/>
          <w:szCs w:val="28"/>
          <w:lang w:val="it-IT"/>
        </w:rPr>
        <w:t xml:space="preserve"> raccolta dati</w:t>
      </w:r>
      <w:r w:rsidR="006A5444" w:rsidRPr="006A5444">
        <w:rPr>
          <w:rFonts w:asciiTheme="majorHAnsi" w:hAnsiTheme="majorHAnsi" w:cstheme="majorHAnsi"/>
          <w:bCs/>
          <w:smallCaps/>
          <w:sz w:val="28"/>
          <w:szCs w:val="28"/>
          <w:lang w:val="it-IT"/>
        </w:rPr>
        <w:t xml:space="preserve"> Impresa</w:t>
      </w:r>
    </w:p>
    <w:p w14:paraId="27E521B2" w14:textId="77777777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  <w:t>PREMESSA</w:t>
      </w:r>
    </w:p>
    <w:p w14:paraId="1C4A6948" w14:textId="49B169AB" w:rsidR="00E93640" w:rsidRPr="006A5444" w:rsidRDefault="00222E38" w:rsidP="001852E3">
      <w:pPr>
        <w:jc w:val="both"/>
        <w:rPr>
          <w:rFonts w:asciiTheme="majorHAnsi" w:hAnsiTheme="majorHAnsi" w:cstheme="majorHAnsi"/>
          <w:i/>
          <w:iCs/>
          <w:sz w:val="24"/>
          <w:szCs w:val="24"/>
          <w:lang w:val="it-IT"/>
        </w:rPr>
      </w:pPr>
      <w:r w:rsidRPr="006A5444">
        <w:rPr>
          <w:rFonts w:asciiTheme="majorHAnsi" w:hAnsiTheme="majorHAnsi" w:cstheme="majorHAnsi"/>
          <w:i/>
          <w:iCs/>
          <w:sz w:val="24"/>
          <w:szCs w:val="24"/>
          <w:lang w:val="it-IT"/>
        </w:rPr>
        <w:t>Nell’ambito del progetto “Manifatture Aperte”, promosso da Regione Lombardia</w:t>
      </w:r>
      <w:r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 - </w:t>
      </w:r>
      <w:r w:rsidR="001852E3" w:rsidRPr="006A5444">
        <w:rPr>
          <w:rFonts w:asciiTheme="majorHAnsi" w:hAnsiTheme="majorHAnsi" w:cstheme="majorHAnsi"/>
          <w:i/>
          <w:iCs/>
          <w:sz w:val="24"/>
          <w:szCs w:val="24"/>
          <w:lang w:val="it-IT"/>
        </w:rPr>
        <w:t>Assessorato al</w:t>
      </w:r>
      <w:r w:rsidR="00A95A86" w:rsidRPr="006A5444"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 Turismo, </w:t>
      </w:r>
      <w:r w:rsidR="001852E3" w:rsidRPr="006A5444"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Marketing Territoriale e </w:t>
      </w:r>
      <w:r w:rsidR="00A95A86" w:rsidRPr="006A5444">
        <w:rPr>
          <w:rFonts w:asciiTheme="majorHAnsi" w:hAnsiTheme="majorHAnsi" w:cstheme="majorHAnsi"/>
          <w:i/>
          <w:iCs/>
          <w:sz w:val="24"/>
          <w:szCs w:val="24"/>
          <w:lang w:val="it-IT"/>
        </w:rPr>
        <w:t>Moda e Design</w:t>
      </w:r>
      <w:r w:rsidR="001852E3" w:rsidRPr="006A5444"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 e Assessorato allo Sviluppo Economico</w:t>
      </w:r>
      <w:r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 - </w:t>
      </w:r>
      <w:r w:rsidRPr="006A5444">
        <w:rPr>
          <w:rFonts w:asciiTheme="majorHAnsi" w:hAnsiTheme="majorHAnsi" w:cstheme="majorHAnsi"/>
          <w:i/>
          <w:iCs/>
          <w:sz w:val="24"/>
          <w:szCs w:val="24"/>
          <w:lang w:val="it-IT"/>
        </w:rPr>
        <w:t>con l’obiettivo di valorizzare il patrimonio produttivo regionale e le eccellenze della manifattura lombarda, la presente scheda</w:t>
      </w:r>
      <w:r w:rsidR="00A95A86" w:rsidRPr="006A5444">
        <w:rPr>
          <w:rFonts w:asciiTheme="majorHAnsi" w:hAnsiTheme="majorHAnsi" w:cstheme="majorHAnsi"/>
          <w:i/>
          <w:iCs/>
          <w:sz w:val="24"/>
          <w:szCs w:val="24"/>
          <w:lang w:val="it-IT"/>
        </w:rPr>
        <w:t>, predisposta da Confartigianato Imprese Lombardia,</w:t>
      </w:r>
      <w:r w:rsidRPr="006A5444"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 è finalizzata alla raccolta delle informazioni relative alle imprese candidate.</w:t>
      </w:r>
      <w:r w:rsidR="001852E3" w:rsidRPr="006A5444"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 </w:t>
      </w:r>
      <w:r w:rsidRPr="006A5444">
        <w:rPr>
          <w:rFonts w:asciiTheme="majorHAnsi" w:hAnsiTheme="majorHAnsi" w:cstheme="majorHAnsi"/>
          <w:i/>
          <w:iCs/>
          <w:sz w:val="24"/>
          <w:szCs w:val="24"/>
          <w:lang w:val="it-IT"/>
        </w:rPr>
        <w:t>Le informazioni richieste consentiranno di evidenziare le caratteristiche distintive dell’impresa, il suo legame con il territorio e gli elementi di eccellenza, innovazione e tradizione che ne qualificano l’attività, ai fini della valutazione e della valorizzazione nell’ambito dell’iniziativa.</w:t>
      </w:r>
    </w:p>
    <w:p w14:paraId="6D66446D" w14:textId="77777777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  <w:t>1. DATI DELL’IMPRESA</w:t>
      </w:r>
    </w:p>
    <w:p w14:paraId="075BEE3B" w14:textId="77777777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Ragione sociale</w:t>
      </w:r>
    </w:p>
    <w:p w14:paraId="6CCEFECF" w14:textId="77777777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______________________________________________________________________</w:t>
      </w:r>
    </w:p>
    <w:p w14:paraId="5C123FF0" w14:textId="77777777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Comune</w:t>
      </w:r>
    </w:p>
    <w:p w14:paraId="4B47115F" w14:textId="4A660E35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__________________________________</w:t>
      </w:r>
      <w:r w:rsidR="001852E3">
        <w:rPr>
          <w:rFonts w:asciiTheme="majorHAnsi" w:hAnsiTheme="majorHAnsi" w:cstheme="majorHAnsi"/>
          <w:sz w:val="24"/>
          <w:szCs w:val="24"/>
          <w:lang w:val="it-IT"/>
        </w:rPr>
        <w:t>______</w:t>
      </w:r>
      <w:r w:rsidRPr="001852E3">
        <w:rPr>
          <w:rFonts w:asciiTheme="majorHAnsi" w:hAnsiTheme="majorHAnsi" w:cstheme="majorHAnsi"/>
          <w:sz w:val="24"/>
          <w:szCs w:val="24"/>
          <w:lang w:val="it-IT"/>
        </w:rPr>
        <w:t>Provincia</w:t>
      </w:r>
      <w:r w:rsidR="001852E3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1852E3">
        <w:rPr>
          <w:rFonts w:asciiTheme="majorHAnsi" w:hAnsiTheme="majorHAnsi" w:cstheme="majorHAnsi"/>
          <w:sz w:val="24"/>
          <w:szCs w:val="24"/>
          <w:lang w:val="it-IT"/>
        </w:rPr>
        <w:t>______________________________</w:t>
      </w:r>
    </w:p>
    <w:p w14:paraId="007237D1" w14:textId="77777777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Settore/Attività prevalente</w:t>
      </w:r>
    </w:p>
    <w:p w14:paraId="38D3F949" w14:textId="34CFD5CE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______________________________________________________________________</w:t>
      </w:r>
      <w:r w:rsidR="001852E3">
        <w:rPr>
          <w:rFonts w:asciiTheme="majorHAnsi" w:hAnsiTheme="majorHAnsi" w:cstheme="majorHAnsi"/>
          <w:sz w:val="24"/>
          <w:szCs w:val="24"/>
          <w:lang w:val="it-IT"/>
        </w:rPr>
        <w:t>_________</w:t>
      </w:r>
    </w:p>
    <w:p w14:paraId="370F2D61" w14:textId="77777777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Sito internet</w:t>
      </w:r>
    </w:p>
    <w:p w14:paraId="5C4CA898" w14:textId="51612A92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______________________________________________________________________</w:t>
      </w:r>
      <w:r w:rsidR="00A04B2C">
        <w:rPr>
          <w:rFonts w:asciiTheme="majorHAnsi" w:hAnsiTheme="majorHAnsi" w:cstheme="majorHAnsi"/>
          <w:sz w:val="24"/>
          <w:szCs w:val="24"/>
          <w:lang w:val="it-IT"/>
        </w:rPr>
        <w:t>_________</w:t>
      </w:r>
    </w:p>
    <w:p w14:paraId="73C07040" w14:textId="57E1379E" w:rsidR="00A04B2C" w:rsidRPr="00A04B2C" w:rsidRDefault="00A04B2C" w:rsidP="00A04B2C">
      <w:pPr>
        <w:rPr>
          <w:rFonts w:asciiTheme="majorHAnsi" w:eastAsia="Times New Roman" w:hAnsiTheme="majorHAnsi" w:cstheme="majorHAnsi"/>
          <w:bCs/>
          <w:sz w:val="24"/>
          <w:szCs w:val="24"/>
          <w:lang w:val="it-IT" w:eastAsia="it-IT"/>
        </w:rPr>
      </w:pPr>
      <w:r w:rsidRPr="00A978D9">
        <w:rPr>
          <w:rFonts w:asciiTheme="majorHAnsi" w:hAnsiTheme="majorHAnsi" w:cstheme="majorHAnsi"/>
          <w:bCs/>
          <w:sz w:val="24"/>
          <w:szCs w:val="24"/>
          <w:lang w:val="it-IT"/>
        </w:rPr>
        <w:t xml:space="preserve">Canali social utilizzati ( es. </w:t>
      </w:r>
      <w:r w:rsidRPr="00A978D9">
        <w:rPr>
          <w:rFonts w:asciiTheme="majorHAnsi" w:eastAsia="Times New Roman" w:hAnsiTheme="majorHAnsi" w:cstheme="majorHAnsi"/>
          <w:bCs/>
          <w:sz w:val="24"/>
          <w:szCs w:val="24"/>
          <w:lang w:val="it-IT" w:eastAsia="it-IT"/>
        </w:rPr>
        <w:t>Instagram, TikTok</w:t>
      </w:r>
      <w:r w:rsidR="00A978D9">
        <w:rPr>
          <w:rFonts w:asciiTheme="majorHAnsi" w:eastAsia="Times New Roman" w:hAnsiTheme="majorHAnsi" w:cstheme="majorHAnsi"/>
          <w:bCs/>
          <w:sz w:val="24"/>
          <w:szCs w:val="24"/>
          <w:lang w:val="it-IT" w:eastAsia="it-IT"/>
        </w:rPr>
        <w:t xml:space="preserve"> </w:t>
      </w:r>
      <w:r w:rsidRPr="00A978D9">
        <w:rPr>
          <w:rFonts w:asciiTheme="majorHAnsi" w:eastAsia="Times New Roman" w:hAnsiTheme="majorHAnsi" w:cstheme="majorHAnsi"/>
          <w:bCs/>
          <w:sz w:val="24"/>
          <w:szCs w:val="24"/>
          <w:lang w:val="it-IT" w:eastAsia="it-IT"/>
        </w:rPr>
        <w:t>o Facebook)</w:t>
      </w:r>
    </w:p>
    <w:p w14:paraId="72F9C1CB" w14:textId="77777777" w:rsidR="00A04B2C" w:rsidRPr="001852E3" w:rsidRDefault="00A04B2C" w:rsidP="00A04B2C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______________________________________________________________________</w:t>
      </w:r>
      <w:r>
        <w:rPr>
          <w:rFonts w:asciiTheme="majorHAnsi" w:hAnsiTheme="majorHAnsi" w:cstheme="majorHAnsi"/>
          <w:sz w:val="24"/>
          <w:szCs w:val="24"/>
          <w:lang w:val="it-IT"/>
        </w:rPr>
        <w:t>_________</w:t>
      </w:r>
    </w:p>
    <w:p w14:paraId="0A02F4B4" w14:textId="77777777" w:rsidR="00A04B2C" w:rsidRPr="00A04B2C" w:rsidRDefault="00A04B2C" w:rsidP="00A04B2C">
      <w:pPr>
        <w:rPr>
          <w:rFonts w:asciiTheme="majorHAnsi" w:eastAsia="Times New Roman" w:hAnsiTheme="majorHAnsi" w:cstheme="majorHAnsi"/>
          <w:bCs/>
          <w:lang w:val="it-IT" w:eastAsia="it-IT"/>
        </w:rPr>
      </w:pPr>
    </w:p>
    <w:p w14:paraId="5DF1C005" w14:textId="389F4D39" w:rsidR="00E90DD2" w:rsidRDefault="00E90DD2">
      <w:pPr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</w:pPr>
    </w:p>
    <w:p w14:paraId="5248FA0E" w14:textId="77777777" w:rsidR="00A04B2C" w:rsidRDefault="00A04B2C">
      <w:pPr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</w:pPr>
    </w:p>
    <w:p w14:paraId="29E14457" w14:textId="77777777" w:rsidR="00A04B2C" w:rsidRDefault="00A04B2C">
      <w:pPr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</w:pPr>
    </w:p>
    <w:p w14:paraId="03ECBE91" w14:textId="440A65D7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  <w:lastRenderedPageBreak/>
        <w:t>2. DESCRIZIONE DELL’ATTIVITÀ</w:t>
      </w:r>
    </w:p>
    <w:p w14:paraId="2C577102" w14:textId="77777777" w:rsidR="00E93640" w:rsidRPr="006A5444" w:rsidRDefault="00222E38">
      <w:pPr>
        <w:rPr>
          <w:rFonts w:asciiTheme="majorHAnsi" w:hAnsiTheme="majorHAnsi" w:cstheme="majorHAnsi"/>
          <w:i/>
          <w:iCs/>
          <w:sz w:val="24"/>
          <w:szCs w:val="24"/>
          <w:lang w:val="it-IT"/>
        </w:rPr>
      </w:pPr>
      <w:r w:rsidRPr="006A5444">
        <w:rPr>
          <w:rFonts w:asciiTheme="majorHAnsi" w:hAnsiTheme="majorHAnsi" w:cstheme="majorHAnsi"/>
          <w:i/>
          <w:iCs/>
          <w:sz w:val="24"/>
          <w:szCs w:val="24"/>
          <w:lang w:val="it-IT"/>
        </w:rPr>
        <w:t>Breve descrizione dell’impresa, delle lavorazioni svolte e degli elementi che ne caratterizzano l’attività.</w:t>
      </w:r>
    </w:p>
    <w:p w14:paraId="00E162FE" w14:textId="2A9AFFF7" w:rsidR="006A5444" w:rsidRDefault="00222E38" w:rsidP="006A5444">
      <w:pPr>
        <w:spacing w:before="240" w:line="48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6A5444"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______________________________________________________________________</w:t>
      </w:r>
      <w:r w:rsidR="001852E3" w:rsidRPr="006A5444">
        <w:rPr>
          <w:rFonts w:asciiTheme="majorHAnsi" w:hAnsiTheme="majorHAnsi" w:cstheme="majorHAnsi"/>
          <w:sz w:val="24"/>
          <w:szCs w:val="24"/>
          <w:lang w:val="it-IT"/>
        </w:rPr>
        <w:t>______________</w:t>
      </w:r>
      <w:r w:rsidR="006A5444" w:rsidRPr="006A5444"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______________________________________________________________________________________</w:t>
      </w:r>
    </w:p>
    <w:p w14:paraId="292981C2" w14:textId="77777777" w:rsidR="006A5444" w:rsidRPr="006A5444" w:rsidRDefault="006A5444" w:rsidP="006A5444">
      <w:pPr>
        <w:spacing w:before="240" w:line="48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6A5444"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</w:t>
      </w:r>
    </w:p>
    <w:p w14:paraId="5912BCF1" w14:textId="20CBE6A9" w:rsidR="001852E3" w:rsidRPr="00A04B2C" w:rsidRDefault="006A5444" w:rsidP="00A04B2C">
      <w:pPr>
        <w:spacing w:before="240" w:line="48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6A5444"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</w:t>
      </w:r>
    </w:p>
    <w:p w14:paraId="0BCB2B17" w14:textId="5D315E2F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  <w:t>3. ELEMENTI DISTINTIVI DELLA CANDIDATURA</w:t>
      </w:r>
    </w:p>
    <w:p w14:paraId="0C40CFD9" w14:textId="2CBE595A" w:rsidR="00E93640" w:rsidRPr="006A5444" w:rsidRDefault="00222E38">
      <w:pPr>
        <w:rPr>
          <w:rFonts w:asciiTheme="majorHAnsi" w:hAnsiTheme="majorHAnsi" w:cstheme="majorHAnsi"/>
          <w:i/>
          <w:iCs/>
          <w:sz w:val="24"/>
          <w:szCs w:val="24"/>
          <w:lang w:val="it-IT"/>
        </w:rPr>
      </w:pPr>
      <w:r w:rsidRPr="006A5444">
        <w:rPr>
          <w:rFonts w:asciiTheme="majorHAnsi" w:hAnsiTheme="majorHAnsi" w:cstheme="majorHAnsi"/>
          <w:i/>
          <w:iCs/>
          <w:sz w:val="24"/>
          <w:szCs w:val="24"/>
          <w:lang w:val="it-IT"/>
        </w:rPr>
        <w:t>Indicare gli aspetti che rendono l’impresa particolarmente rappresentativa del territorio, delle tradizioni produttive, dell’innovazione o dell’eccellenza manifatturiera lombarda.</w:t>
      </w:r>
    </w:p>
    <w:p w14:paraId="64B9766B" w14:textId="77777777" w:rsidR="006A5444" w:rsidRPr="006A5444" w:rsidRDefault="006A5444" w:rsidP="006A5444">
      <w:pPr>
        <w:spacing w:before="240" w:line="48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6A5444"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</w:t>
      </w:r>
    </w:p>
    <w:p w14:paraId="2D727E0B" w14:textId="41FB7218" w:rsidR="00E93640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______________________________________________________________________</w:t>
      </w:r>
      <w:r w:rsidR="001852E3">
        <w:rPr>
          <w:rFonts w:asciiTheme="majorHAnsi" w:hAnsiTheme="majorHAnsi" w:cstheme="majorHAnsi"/>
          <w:sz w:val="24"/>
          <w:szCs w:val="24"/>
          <w:lang w:val="it-IT"/>
        </w:rPr>
        <w:t>______________</w:t>
      </w:r>
    </w:p>
    <w:p w14:paraId="3A00D46B" w14:textId="77777777" w:rsidR="006A5444" w:rsidRPr="006A5444" w:rsidRDefault="006A5444" w:rsidP="006A5444">
      <w:pPr>
        <w:spacing w:before="240" w:line="48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6A5444"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</w:t>
      </w:r>
    </w:p>
    <w:p w14:paraId="4CE1D5C7" w14:textId="77777777" w:rsidR="006A5444" w:rsidRPr="006A5444" w:rsidRDefault="006A5444" w:rsidP="006A5444">
      <w:pPr>
        <w:spacing w:before="240" w:line="48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6A5444"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</w:t>
      </w:r>
    </w:p>
    <w:p w14:paraId="354764BF" w14:textId="77777777" w:rsidR="00A04B2C" w:rsidRDefault="00A04B2C" w:rsidP="00A04B2C">
      <w:pPr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</w:pPr>
    </w:p>
    <w:p w14:paraId="17F09923" w14:textId="23A0CCAC" w:rsidR="00E25702" w:rsidRDefault="00E25702">
      <w:pPr>
        <w:rPr>
          <w:rFonts w:asciiTheme="majorHAnsi" w:hAnsiTheme="majorHAnsi" w:cstheme="majorHAnsi"/>
          <w:b/>
          <w:color w:val="003366"/>
          <w:sz w:val="24"/>
          <w:szCs w:val="24"/>
          <w:highlight w:val="green"/>
          <w:lang w:val="it-IT"/>
        </w:rPr>
      </w:pPr>
      <w:r>
        <w:rPr>
          <w:rFonts w:asciiTheme="majorHAnsi" w:hAnsiTheme="majorHAnsi" w:cstheme="majorHAnsi"/>
          <w:b/>
          <w:color w:val="003366"/>
          <w:sz w:val="24"/>
          <w:szCs w:val="24"/>
          <w:highlight w:val="green"/>
          <w:lang w:val="it-IT"/>
        </w:rPr>
        <w:br w:type="page"/>
      </w:r>
    </w:p>
    <w:p w14:paraId="6AD89908" w14:textId="77777777" w:rsidR="00E25702" w:rsidRDefault="00E25702" w:rsidP="00A04B2C">
      <w:pPr>
        <w:rPr>
          <w:rFonts w:asciiTheme="majorHAnsi" w:hAnsiTheme="majorHAnsi" w:cstheme="majorHAnsi"/>
          <w:b/>
          <w:color w:val="003366"/>
          <w:sz w:val="24"/>
          <w:szCs w:val="24"/>
          <w:highlight w:val="green"/>
          <w:lang w:val="it-IT"/>
        </w:rPr>
      </w:pPr>
    </w:p>
    <w:p w14:paraId="311F94EB" w14:textId="2FE46009" w:rsidR="00E25702" w:rsidRDefault="00A04B2C" w:rsidP="00A04B2C">
      <w:pPr>
        <w:rPr>
          <w:rFonts w:asciiTheme="majorHAnsi" w:hAnsiTheme="majorHAnsi" w:cstheme="majorHAnsi"/>
          <w:i/>
          <w:iCs/>
          <w:sz w:val="24"/>
          <w:szCs w:val="24"/>
          <w:lang w:val="it-IT"/>
        </w:rPr>
      </w:pPr>
      <w:r w:rsidRPr="00E25702"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  <w:t xml:space="preserve">4. </w:t>
      </w:r>
      <w:r w:rsidR="002D21C0"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  <w:t xml:space="preserve">ESPERIENZA </w:t>
      </w:r>
      <w:r w:rsidR="0045210F"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  <w:t>DI VISITA</w:t>
      </w:r>
      <w:r w:rsidRPr="00E25702"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  <w:t xml:space="preserve"> PROPOSTA </w:t>
      </w:r>
      <w:r w:rsidR="00951209"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  <w:t>E APERTURA AL PUBBLICO</w:t>
      </w:r>
      <w:r w:rsidRPr="00A04B2C">
        <w:rPr>
          <w:rFonts w:asciiTheme="majorHAnsi" w:hAnsiTheme="majorHAnsi" w:cstheme="majorHAnsi"/>
          <w:b/>
          <w:color w:val="003366"/>
          <w:sz w:val="24"/>
          <w:szCs w:val="24"/>
          <w:highlight w:val="green"/>
          <w:lang w:val="it-IT"/>
        </w:rPr>
        <w:t xml:space="preserve"> </w:t>
      </w:r>
      <w:r w:rsidRPr="00E25702"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 </w:t>
      </w:r>
    </w:p>
    <w:p w14:paraId="4C6D7440" w14:textId="75AC362E" w:rsidR="00344AF2" w:rsidRPr="00D05FAE" w:rsidRDefault="00344AF2" w:rsidP="00D05FAE">
      <w:pPr>
        <w:pStyle w:val="Paragrafoelenco"/>
        <w:numPr>
          <w:ilvl w:val="0"/>
          <w:numId w:val="10"/>
        </w:numPr>
        <w:spacing w:after="0" w:line="300" w:lineRule="atLeast"/>
        <w:ind w:left="284"/>
        <w:rPr>
          <w:rFonts w:ascii="Segoe UI" w:eastAsia="Times New Roman" w:hAnsi="Segoe UI" w:cs="Segoe UI"/>
          <w:b/>
          <w:bCs/>
          <w:i/>
          <w:iCs/>
          <w:sz w:val="21"/>
          <w:szCs w:val="21"/>
          <w:lang w:val="it-IT" w:eastAsia="it-IT"/>
        </w:rPr>
      </w:pPr>
      <w:r w:rsidRPr="00D05FAE">
        <w:rPr>
          <w:rFonts w:ascii="Segoe UI" w:eastAsia="Times New Roman" w:hAnsi="Segoe UI" w:cs="Segoe UI"/>
          <w:b/>
          <w:bCs/>
          <w:i/>
          <w:iCs/>
          <w:sz w:val="21"/>
          <w:szCs w:val="21"/>
          <w:lang w:val="it-IT" w:eastAsia="it-IT"/>
        </w:rPr>
        <w:t>L'impresa svolge o ha già svolto attività di apertura e accoglienza del pubblico?</w:t>
      </w:r>
    </w:p>
    <w:p w14:paraId="28B2FD4D" w14:textId="77777777" w:rsidR="00D05FAE" w:rsidRPr="00D05FAE" w:rsidRDefault="00D05FAE" w:rsidP="00D05FAE">
      <w:pPr>
        <w:pStyle w:val="Paragrafoelenco"/>
        <w:spacing w:after="0" w:line="300" w:lineRule="atLeast"/>
        <w:rPr>
          <w:rFonts w:ascii="Segoe UI" w:eastAsia="Times New Roman" w:hAnsi="Segoe UI" w:cs="Segoe UI"/>
          <w:b/>
          <w:bCs/>
          <w:i/>
          <w:iCs/>
          <w:sz w:val="21"/>
          <w:szCs w:val="21"/>
          <w:lang w:val="it-IT" w:eastAsia="it-IT"/>
        </w:rPr>
      </w:pPr>
    </w:p>
    <w:p w14:paraId="49988991" w14:textId="77777777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□ Visite aziendali organizzate</w:t>
      </w:r>
    </w:p>
    <w:p w14:paraId="7BE25ED5" w14:textId="7706D8DD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□ Open da</w:t>
      </w:r>
      <w:r w:rsidR="00344AF2">
        <w:rPr>
          <w:rFonts w:asciiTheme="majorHAnsi" w:hAnsiTheme="majorHAnsi" w:cstheme="majorHAnsi"/>
          <w:sz w:val="24"/>
          <w:szCs w:val="24"/>
          <w:lang w:val="it-IT"/>
        </w:rPr>
        <w:t xml:space="preserve">y o </w:t>
      </w:r>
      <w:r w:rsidRPr="001852E3">
        <w:rPr>
          <w:rFonts w:asciiTheme="majorHAnsi" w:hAnsiTheme="majorHAnsi" w:cstheme="majorHAnsi"/>
          <w:sz w:val="24"/>
          <w:szCs w:val="24"/>
          <w:lang w:val="it-IT"/>
        </w:rPr>
        <w:t>eventi</w:t>
      </w:r>
      <w:r w:rsidR="00344AF2">
        <w:rPr>
          <w:rFonts w:asciiTheme="majorHAnsi" w:hAnsiTheme="majorHAnsi" w:cstheme="majorHAnsi"/>
          <w:sz w:val="24"/>
          <w:szCs w:val="24"/>
          <w:lang w:val="it-IT"/>
        </w:rPr>
        <w:t xml:space="preserve"> dedicati</w:t>
      </w:r>
    </w:p>
    <w:p w14:paraId="365D0572" w14:textId="52704E70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 xml:space="preserve">□ Attività </w:t>
      </w:r>
      <w:r w:rsidR="00EC6766">
        <w:rPr>
          <w:rFonts w:asciiTheme="majorHAnsi" w:hAnsiTheme="majorHAnsi" w:cstheme="majorHAnsi"/>
          <w:sz w:val="24"/>
          <w:szCs w:val="24"/>
          <w:lang w:val="it-IT"/>
        </w:rPr>
        <w:t xml:space="preserve">rivolte a </w:t>
      </w:r>
      <w:r w:rsidRPr="001852E3">
        <w:rPr>
          <w:rFonts w:asciiTheme="majorHAnsi" w:hAnsiTheme="majorHAnsi" w:cstheme="majorHAnsi"/>
          <w:sz w:val="24"/>
          <w:szCs w:val="24"/>
          <w:lang w:val="it-IT"/>
        </w:rPr>
        <w:t>scuole o gruppi</w:t>
      </w:r>
      <w:r w:rsidR="00EC6766">
        <w:rPr>
          <w:rFonts w:asciiTheme="majorHAnsi" w:hAnsiTheme="majorHAnsi" w:cstheme="majorHAnsi"/>
          <w:sz w:val="24"/>
          <w:szCs w:val="24"/>
          <w:lang w:val="it-IT"/>
        </w:rPr>
        <w:t xml:space="preserve"> organizzati</w:t>
      </w:r>
    </w:p>
    <w:p w14:paraId="29A6A7D4" w14:textId="77777777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□ Dimostrazioni lavorazioni</w:t>
      </w:r>
    </w:p>
    <w:p w14:paraId="79813971" w14:textId="03ED46ED" w:rsidR="00E93640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□ N</w:t>
      </w:r>
      <w:r w:rsidR="0073699B">
        <w:rPr>
          <w:rFonts w:asciiTheme="majorHAnsi" w:hAnsiTheme="majorHAnsi" w:cstheme="majorHAnsi"/>
          <w:sz w:val="24"/>
          <w:szCs w:val="24"/>
          <w:lang w:val="it-IT"/>
        </w:rPr>
        <w:t>essuna esperienza pregressa</w:t>
      </w:r>
    </w:p>
    <w:p w14:paraId="4E066D3F" w14:textId="77777777" w:rsidR="00D05FAE" w:rsidRPr="001852E3" w:rsidRDefault="00D05FAE" w:rsidP="002C157E">
      <w:pPr>
        <w:rPr>
          <w:rFonts w:asciiTheme="majorHAnsi" w:hAnsiTheme="majorHAnsi" w:cstheme="majorHAnsi"/>
          <w:sz w:val="24"/>
          <w:szCs w:val="24"/>
          <w:lang w:val="it-IT"/>
        </w:rPr>
      </w:pPr>
    </w:p>
    <w:p w14:paraId="24BAAB95" w14:textId="061E992A" w:rsidR="00192CF5" w:rsidRPr="00D05FAE" w:rsidRDefault="00EC6766" w:rsidP="002C157E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it-IT"/>
        </w:rPr>
      </w:pPr>
      <w:r w:rsidRPr="00D05FAE">
        <w:rPr>
          <w:rFonts w:asciiTheme="majorHAnsi" w:hAnsiTheme="majorHAnsi" w:cstheme="majorHAnsi"/>
          <w:b/>
          <w:bCs/>
          <w:i/>
          <w:iCs/>
          <w:sz w:val="24"/>
          <w:szCs w:val="24"/>
          <w:lang w:val="it-IT"/>
        </w:rPr>
        <w:t xml:space="preserve">b) </w:t>
      </w:r>
      <w:r w:rsidR="00D05FAE">
        <w:rPr>
          <w:rFonts w:asciiTheme="majorHAnsi" w:hAnsiTheme="majorHAnsi" w:cstheme="majorHAnsi"/>
          <w:b/>
          <w:bCs/>
          <w:i/>
          <w:iCs/>
          <w:sz w:val="24"/>
          <w:szCs w:val="24"/>
          <w:lang w:val="it-IT"/>
        </w:rPr>
        <w:t xml:space="preserve"> </w:t>
      </w:r>
      <w:r w:rsidR="00192CF5" w:rsidRPr="00D05FAE">
        <w:rPr>
          <w:rFonts w:asciiTheme="majorHAnsi" w:hAnsiTheme="majorHAnsi" w:cstheme="majorHAnsi"/>
          <w:b/>
          <w:bCs/>
          <w:i/>
          <w:iCs/>
          <w:sz w:val="24"/>
          <w:szCs w:val="24"/>
          <w:lang w:val="it-IT"/>
        </w:rPr>
        <w:t>L’impresa dispone di strumenti permanenti di valorizzazione della propria storia, delle produzioni o del pa</w:t>
      </w:r>
      <w:r w:rsidR="003B2930" w:rsidRPr="00D05FAE">
        <w:rPr>
          <w:rFonts w:asciiTheme="majorHAnsi" w:hAnsiTheme="majorHAnsi" w:cstheme="majorHAnsi"/>
          <w:b/>
          <w:bCs/>
          <w:i/>
          <w:iCs/>
          <w:sz w:val="24"/>
          <w:szCs w:val="24"/>
          <w:lang w:val="it-IT"/>
        </w:rPr>
        <w:t>trimonio aziendale?</w:t>
      </w:r>
    </w:p>
    <w:p w14:paraId="2D4DB791" w14:textId="77777777" w:rsidR="00D05FAE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 xml:space="preserve">□ Museo d’impresa </w:t>
      </w:r>
    </w:p>
    <w:p w14:paraId="13DC2BB9" w14:textId="77777777" w:rsidR="00D05FAE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 xml:space="preserve">□ Archivio storico </w:t>
      </w:r>
    </w:p>
    <w:p w14:paraId="32D6DA99" w14:textId="77777777" w:rsidR="00D05FAE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 xml:space="preserve">□ </w:t>
      </w:r>
      <w:r w:rsidR="006D6EE9">
        <w:rPr>
          <w:rFonts w:asciiTheme="majorHAnsi" w:hAnsiTheme="majorHAnsi" w:cstheme="majorHAnsi"/>
          <w:sz w:val="24"/>
          <w:szCs w:val="24"/>
          <w:lang w:val="it-IT"/>
        </w:rPr>
        <w:t xml:space="preserve">Spazio espositivo o </w:t>
      </w:r>
      <w:r w:rsidRPr="001852E3">
        <w:rPr>
          <w:rFonts w:asciiTheme="majorHAnsi" w:hAnsiTheme="majorHAnsi" w:cstheme="majorHAnsi"/>
          <w:sz w:val="24"/>
          <w:szCs w:val="24"/>
          <w:lang w:val="it-IT"/>
        </w:rPr>
        <w:t xml:space="preserve">Showroom visitabile </w:t>
      </w:r>
    </w:p>
    <w:p w14:paraId="763B220D" w14:textId="77777777" w:rsidR="00D05FAE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□ Collezione storica</w:t>
      </w:r>
      <w:r w:rsidR="007631B0">
        <w:rPr>
          <w:rFonts w:asciiTheme="majorHAnsi" w:hAnsiTheme="majorHAnsi" w:cstheme="majorHAnsi"/>
          <w:sz w:val="24"/>
          <w:szCs w:val="24"/>
          <w:lang w:val="it-IT"/>
        </w:rPr>
        <w:t xml:space="preserve"> aziendale</w:t>
      </w:r>
    </w:p>
    <w:p w14:paraId="6D85A48D" w14:textId="778CF90B" w:rsidR="00E93640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 xml:space="preserve"> □ Nessuno</w:t>
      </w:r>
      <w:r w:rsidR="007631B0">
        <w:rPr>
          <w:rFonts w:asciiTheme="majorHAnsi" w:hAnsiTheme="majorHAnsi" w:cstheme="majorHAnsi"/>
          <w:sz w:val="24"/>
          <w:szCs w:val="24"/>
          <w:lang w:val="it-IT"/>
        </w:rPr>
        <w:t xml:space="preserve"> dei precedenti</w:t>
      </w:r>
    </w:p>
    <w:p w14:paraId="5A150671" w14:textId="77777777" w:rsidR="009E7109" w:rsidRDefault="009E7109" w:rsidP="009E7109">
      <w:pPr>
        <w:tabs>
          <w:tab w:val="left" w:pos="284"/>
        </w:tabs>
        <w:rPr>
          <w:rFonts w:asciiTheme="majorHAnsi" w:hAnsiTheme="majorHAnsi" w:cstheme="majorHAnsi"/>
          <w:sz w:val="24"/>
          <w:szCs w:val="24"/>
          <w:lang w:val="it-IT"/>
        </w:rPr>
      </w:pPr>
    </w:p>
    <w:p w14:paraId="66F0E7DD" w14:textId="446A81C9" w:rsidR="009E7109" w:rsidRPr="009E7109" w:rsidRDefault="009E7109" w:rsidP="009E7109">
      <w:pPr>
        <w:pStyle w:val="Paragrafoelenco"/>
        <w:numPr>
          <w:ilvl w:val="0"/>
          <w:numId w:val="11"/>
        </w:numPr>
        <w:tabs>
          <w:tab w:val="left" w:pos="284"/>
        </w:tabs>
        <w:spacing w:after="0" w:line="300" w:lineRule="atLeast"/>
        <w:ind w:left="284"/>
        <w:jc w:val="both"/>
        <w:rPr>
          <w:rFonts w:asciiTheme="majorHAnsi" w:hAnsiTheme="majorHAnsi" w:cstheme="majorHAnsi"/>
          <w:i/>
          <w:iCs/>
          <w:sz w:val="24"/>
          <w:szCs w:val="24"/>
          <w:lang w:val="it-IT"/>
        </w:rPr>
      </w:pPr>
      <w:r w:rsidRPr="009E7109">
        <w:rPr>
          <w:rFonts w:asciiTheme="majorHAnsi" w:hAnsiTheme="majorHAnsi" w:cstheme="majorHAnsi"/>
          <w:b/>
          <w:bCs/>
          <w:i/>
          <w:iCs/>
          <w:sz w:val="24"/>
          <w:szCs w:val="24"/>
          <w:lang w:val="it-IT"/>
        </w:rPr>
        <w:t xml:space="preserve">Descrivere l’esperienza di visita già proposta dall’impresa o che l’impresa intende </w:t>
      </w:r>
      <w:r w:rsidR="002C157E" w:rsidRPr="009E7109">
        <w:rPr>
          <w:rFonts w:asciiTheme="majorHAnsi" w:hAnsiTheme="majorHAnsi" w:cstheme="majorHAnsi"/>
          <w:b/>
          <w:bCs/>
          <w:i/>
          <w:iCs/>
          <w:sz w:val="24"/>
          <w:szCs w:val="24"/>
          <w:lang w:val="it-IT"/>
        </w:rPr>
        <w:t>sviluppare.</w:t>
      </w:r>
      <w:r>
        <w:rPr>
          <w:rFonts w:asciiTheme="majorHAnsi" w:hAnsiTheme="majorHAnsi" w:cstheme="majorHAnsi"/>
          <w:b/>
          <w:bCs/>
          <w:i/>
          <w:iCs/>
          <w:sz w:val="24"/>
          <w:szCs w:val="24"/>
          <w:lang w:val="it-IT"/>
        </w:rPr>
        <w:t xml:space="preserve"> </w:t>
      </w:r>
      <w:r w:rsidRPr="009E7109">
        <w:rPr>
          <w:rFonts w:asciiTheme="majorHAnsi" w:hAnsiTheme="majorHAnsi" w:cstheme="majorHAnsi"/>
          <w:i/>
          <w:iCs/>
          <w:sz w:val="24"/>
          <w:szCs w:val="24"/>
          <w:lang w:val="it-IT"/>
        </w:rPr>
        <w:t>(</w:t>
      </w:r>
      <w:r w:rsidRPr="009E7109"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indicando </w:t>
      </w:r>
      <w:r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brevemente contenuti della visita, </w:t>
      </w:r>
      <w:r w:rsidR="00B915D1"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attività previste, </w:t>
      </w:r>
      <w:r w:rsidRPr="009E7109"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durata, numero </w:t>
      </w:r>
      <w:r w:rsidR="00B915D1">
        <w:rPr>
          <w:rFonts w:asciiTheme="majorHAnsi" w:hAnsiTheme="majorHAnsi" w:cstheme="majorHAnsi"/>
          <w:i/>
          <w:iCs/>
          <w:sz w:val="24"/>
          <w:szCs w:val="24"/>
          <w:lang w:val="it-IT"/>
        </w:rPr>
        <w:t>indicativo</w:t>
      </w:r>
      <w:r w:rsidRPr="009E7109"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 </w:t>
      </w:r>
      <w:r w:rsidR="00B915D1">
        <w:rPr>
          <w:rFonts w:asciiTheme="majorHAnsi" w:hAnsiTheme="majorHAnsi" w:cstheme="majorHAnsi"/>
          <w:i/>
          <w:iCs/>
          <w:sz w:val="24"/>
          <w:szCs w:val="24"/>
          <w:lang w:val="it-IT"/>
        </w:rPr>
        <w:t>visitatori</w:t>
      </w:r>
      <w:r w:rsidRPr="009E7109"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 ospitabili, lingue disponibili ed eventuali </w:t>
      </w:r>
      <w:r w:rsidR="002C157E">
        <w:rPr>
          <w:rFonts w:asciiTheme="majorHAnsi" w:hAnsiTheme="majorHAnsi" w:cstheme="majorHAnsi"/>
          <w:i/>
          <w:iCs/>
          <w:sz w:val="24"/>
          <w:szCs w:val="24"/>
          <w:lang w:val="it-IT"/>
        </w:rPr>
        <w:t>altre informazioni utili)</w:t>
      </w:r>
    </w:p>
    <w:p w14:paraId="42FBF063" w14:textId="77777777" w:rsidR="009E7109" w:rsidRPr="009E7109" w:rsidRDefault="009E7109" w:rsidP="009E7109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it-IT"/>
        </w:rPr>
      </w:pPr>
    </w:p>
    <w:p w14:paraId="5641DD68" w14:textId="77777777" w:rsidR="009E7109" w:rsidRDefault="009E7109" w:rsidP="009E7109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______________________________________________________________________</w:t>
      </w:r>
      <w:r>
        <w:rPr>
          <w:rFonts w:asciiTheme="majorHAnsi" w:hAnsiTheme="majorHAnsi" w:cstheme="majorHAnsi"/>
          <w:sz w:val="24"/>
          <w:szCs w:val="24"/>
          <w:lang w:val="it-IT"/>
        </w:rPr>
        <w:t>______________</w:t>
      </w:r>
    </w:p>
    <w:p w14:paraId="0F7DC4BB" w14:textId="37D7B7A6" w:rsidR="009E7109" w:rsidRPr="001852E3" w:rsidRDefault="009E7109" w:rsidP="009E7109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6A5444"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</w:t>
      </w:r>
    </w:p>
    <w:p w14:paraId="09290804" w14:textId="77777777" w:rsidR="000C309C" w:rsidRDefault="000C309C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it-IT"/>
        </w:rPr>
      </w:pPr>
    </w:p>
    <w:p w14:paraId="5B136FA7" w14:textId="77777777" w:rsidR="000C309C" w:rsidRDefault="000C309C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it-IT"/>
        </w:rPr>
      </w:pPr>
    </w:p>
    <w:p w14:paraId="61B5FFDD" w14:textId="06252BF1" w:rsidR="005B1982" w:rsidRPr="00480F96" w:rsidRDefault="00480F96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it-IT"/>
        </w:rPr>
      </w:pPr>
      <w:r w:rsidRPr="00480F96">
        <w:rPr>
          <w:rFonts w:asciiTheme="majorHAnsi" w:hAnsiTheme="majorHAnsi" w:cstheme="majorHAnsi"/>
          <w:b/>
          <w:bCs/>
          <w:i/>
          <w:iCs/>
          <w:sz w:val="24"/>
          <w:szCs w:val="24"/>
          <w:lang w:val="it-IT"/>
        </w:rPr>
        <w:lastRenderedPageBreak/>
        <w:t xml:space="preserve">e) </w:t>
      </w:r>
      <w:r w:rsidR="00222E38" w:rsidRPr="00480F96">
        <w:rPr>
          <w:rFonts w:asciiTheme="majorHAnsi" w:hAnsiTheme="majorHAnsi" w:cstheme="majorHAnsi"/>
          <w:b/>
          <w:bCs/>
          <w:i/>
          <w:iCs/>
          <w:sz w:val="24"/>
          <w:szCs w:val="24"/>
          <w:lang w:val="it-IT"/>
        </w:rPr>
        <w:t>Potenziale di sviluppo</w:t>
      </w:r>
    </w:p>
    <w:p w14:paraId="28B65302" w14:textId="77777777" w:rsidR="005B1982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 xml:space="preserve">□ </w:t>
      </w:r>
      <w:r w:rsidR="00432E7E">
        <w:rPr>
          <w:rFonts w:asciiTheme="majorHAnsi" w:hAnsiTheme="majorHAnsi" w:cstheme="majorHAnsi"/>
          <w:sz w:val="24"/>
          <w:szCs w:val="24"/>
          <w:lang w:val="it-IT"/>
        </w:rPr>
        <w:t>L’impresa è g</w:t>
      </w:r>
      <w:r w:rsidRPr="001852E3">
        <w:rPr>
          <w:rFonts w:asciiTheme="majorHAnsi" w:hAnsiTheme="majorHAnsi" w:cstheme="majorHAnsi"/>
          <w:sz w:val="24"/>
          <w:szCs w:val="24"/>
          <w:lang w:val="it-IT"/>
        </w:rPr>
        <w:t xml:space="preserve">ià organizzata per accogliere visitatori </w:t>
      </w:r>
    </w:p>
    <w:p w14:paraId="3B06A2D8" w14:textId="0535E804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 xml:space="preserve">□ </w:t>
      </w:r>
      <w:r w:rsidR="005B1982">
        <w:rPr>
          <w:rFonts w:asciiTheme="majorHAnsi" w:hAnsiTheme="majorHAnsi" w:cstheme="majorHAnsi"/>
          <w:sz w:val="24"/>
          <w:szCs w:val="24"/>
          <w:lang w:val="it-IT"/>
        </w:rPr>
        <w:t>L’impresa</w:t>
      </w:r>
      <w:r w:rsidR="008B19F6">
        <w:rPr>
          <w:rFonts w:asciiTheme="majorHAnsi" w:hAnsiTheme="majorHAnsi" w:cstheme="majorHAnsi"/>
          <w:sz w:val="24"/>
          <w:szCs w:val="24"/>
          <w:lang w:val="it-IT"/>
        </w:rPr>
        <w:t xml:space="preserve"> presenta caratteristiche e potenzialità tali da consentire </w:t>
      </w:r>
      <w:r w:rsidR="00F32477">
        <w:rPr>
          <w:rFonts w:asciiTheme="majorHAnsi" w:hAnsiTheme="majorHAnsi" w:cstheme="majorHAnsi"/>
          <w:sz w:val="24"/>
          <w:szCs w:val="24"/>
          <w:lang w:val="it-IT"/>
        </w:rPr>
        <w:t xml:space="preserve">lo </w:t>
      </w:r>
      <w:r w:rsidRPr="001852E3">
        <w:rPr>
          <w:rFonts w:asciiTheme="majorHAnsi" w:hAnsiTheme="majorHAnsi" w:cstheme="majorHAnsi"/>
          <w:sz w:val="24"/>
          <w:szCs w:val="24"/>
          <w:lang w:val="it-IT"/>
        </w:rPr>
        <w:t>svilupp</w:t>
      </w:r>
      <w:r w:rsidR="00F32477">
        <w:rPr>
          <w:rFonts w:asciiTheme="majorHAnsi" w:hAnsiTheme="majorHAnsi" w:cstheme="majorHAnsi"/>
          <w:sz w:val="24"/>
          <w:szCs w:val="24"/>
          <w:lang w:val="it-IT"/>
        </w:rPr>
        <w:t xml:space="preserve">o </w:t>
      </w:r>
      <w:r w:rsidR="00480F96">
        <w:rPr>
          <w:rFonts w:asciiTheme="majorHAnsi" w:hAnsiTheme="majorHAnsi" w:cstheme="majorHAnsi"/>
          <w:sz w:val="24"/>
          <w:szCs w:val="24"/>
          <w:lang w:val="it-IT"/>
        </w:rPr>
        <w:t xml:space="preserve">di </w:t>
      </w:r>
      <w:r w:rsidR="00480F96" w:rsidRPr="001852E3">
        <w:rPr>
          <w:rFonts w:asciiTheme="majorHAnsi" w:hAnsiTheme="majorHAnsi" w:cstheme="majorHAnsi"/>
          <w:sz w:val="24"/>
          <w:szCs w:val="24"/>
          <w:lang w:val="it-IT"/>
        </w:rPr>
        <w:t>percorsi</w:t>
      </w:r>
      <w:r w:rsidRPr="001852E3">
        <w:rPr>
          <w:rFonts w:asciiTheme="majorHAnsi" w:hAnsiTheme="majorHAnsi" w:cstheme="majorHAnsi"/>
          <w:sz w:val="24"/>
          <w:szCs w:val="24"/>
          <w:lang w:val="it-IT"/>
        </w:rPr>
        <w:t xml:space="preserve"> di visita</w:t>
      </w:r>
      <w:r w:rsidR="00F32477">
        <w:rPr>
          <w:rFonts w:asciiTheme="majorHAnsi" w:hAnsiTheme="majorHAnsi" w:cstheme="majorHAnsi"/>
          <w:sz w:val="24"/>
          <w:szCs w:val="24"/>
          <w:lang w:val="it-IT"/>
        </w:rPr>
        <w:t xml:space="preserve"> e valorizzazione dell’attività produttiva</w:t>
      </w:r>
    </w:p>
    <w:p w14:paraId="6610274D" w14:textId="77777777" w:rsidR="00480F96" w:rsidRDefault="00480F96">
      <w:pPr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</w:pPr>
    </w:p>
    <w:p w14:paraId="08A2086C" w14:textId="0012A352" w:rsidR="00E93640" w:rsidRPr="001852E3" w:rsidRDefault="00FE7FFD">
      <w:pPr>
        <w:rPr>
          <w:rFonts w:asciiTheme="majorHAnsi" w:hAnsiTheme="majorHAnsi" w:cstheme="majorHAnsi"/>
          <w:sz w:val="24"/>
          <w:szCs w:val="24"/>
          <w:lang w:val="it-IT"/>
        </w:rPr>
      </w:pPr>
      <w:r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  <w:t>6</w:t>
      </w:r>
      <w:r w:rsidR="00222E38" w:rsidRPr="001852E3"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  <w:t>. REFERENTE PER I CONTATTI</w:t>
      </w:r>
    </w:p>
    <w:p w14:paraId="4B29C371" w14:textId="77777777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Nome e Cognome: ______________________________</w:t>
      </w:r>
    </w:p>
    <w:p w14:paraId="1C3BA656" w14:textId="77777777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Ruolo: ______________________________</w:t>
      </w:r>
    </w:p>
    <w:p w14:paraId="3768F461" w14:textId="77777777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Telefono: ______________________________</w:t>
      </w:r>
    </w:p>
    <w:p w14:paraId="5073FD7C" w14:textId="77777777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E-mail: ______________________________</w:t>
      </w:r>
    </w:p>
    <w:p w14:paraId="7229F4E1" w14:textId="77777777" w:rsidR="00E90DD2" w:rsidRDefault="00E90DD2">
      <w:pPr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</w:pPr>
    </w:p>
    <w:p w14:paraId="0CD06C7F" w14:textId="4B92801C" w:rsidR="00E93640" w:rsidRPr="001852E3" w:rsidRDefault="00FE7FFD">
      <w:pPr>
        <w:rPr>
          <w:rFonts w:asciiTheme="majorHAnsi" w:hAnsiTheme="majorHAnsi" w:cstheme="majorHAnsi"/>
          <w:sz w:val="24"/>
          <w:szCs w:val="24"/>
          <w:lang w:val="it-IT"/>
        </w:rPr>
      </w:pPr>
      <w:r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  <w:t>7</w:t>
      </w:r>
      <w:r w:rsidR="00222E38" w:rsidRPr="001852E3"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  <w:t>. MATERIALE DISPONIBILE</w:t>
      </w:r>
    </w:p>
    <w:p w14:paraId="305A00AC" w14:textId="77777777" w:rsidR="0031408F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 xml:space="preserve">□ Fotografie </w:t>
      </w:r>
      <w:r w:rsidR="0031408F">
        <w:rPr>
          <w:rFonts w:asciiTheme="majorHAnsi" w:hAnsiTheme="majorHAnsi" w:cstheme="majorHAnsi"/>
          <w:sz w:val="24"/>
          <w:szCs w:val="24"/>
          <w:lang w:val="it-IT"/>
        </w:rPr>
        <w:t>dell’impresa e delle lavorazioni</w:t>
      </w:r>
    </w:p>
    <w:p w14:paraId="1C016809" w14:textId="2DC23C8E" w:rsidR="0031408F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 xml:space="preserve">□ Brochure </w:t>
      </w:r>
      <w:r w:rsidR="0031408F">
        <w:rPr>
          <w:rFonts w:asciiTheme="majorHAnsi" w:hAnsiTheme="majorHAnsi" w:cstheme="majorHAnsi"/>
          <w:sz w:val="24"/>
          <w:szCs w:val="24"/>
          <w:lang w:val="it-IT"/>
        </w:rPr>
        <w:t>o materiale informativo</w:t>
      </w:r>
    </w:p>
    <w:p w14:paraId="5C08DEC6" w14:textId="77777777" w:rsidR="004A1E1F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 xml:space="preserve">□ Video </w:t>
      </w:r>
      <w:r w:rsidR="004A1E1F">
        <w:rPr>
          <w:rFonts w:asciiTheme="majorHAnsi" w:hAnsiTheme="majorHAnsi" w:cstheme="majorHAnsi"/>
          <w:sz w:val="24"/>
          <w:szCs w:val="24"/>
          <w:lang w:val="it-IT"/>
        </w:rPr>
        <w:t>aziendale</w:t>
      </w:r>
    </w:p>
    <w:p w14:paraId="32DEED93" w14:textId="2F3D4613" w:rsidR="00E93640" w:rsidRPr="001852E3" w:rsidRDefault="00222E38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1852E3">
        <w:rPr>
          <w:rFonts w:asciiTheme="majorHAnsi" w:hAnsiTheme="majorHAnsi" w:cstheme="majorHAnsi"/>
          <w:sz w:val="24"/>
          <w:szCs w:val="24"/>
          <w:lang w:val="it-IT"/>
        </w:rPr>
        <w:t>□ Altro __________</w:t>
      </w:r>
    </w:p>
    <w:p w14:paraId="75672525" w14:textId="77777777" w:rsidR="00E90DD2" w:rsidRDefault="00E90DD2">
      <w:pPr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</w:pPr>
    </w:p>
    <w:p w14:paraId="1CE304F4" w14:textId="77777777" w:rsidR="00E90DD2" w:rsidRDefault="00E90DD2">
      <w:pPr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</w:pPr>
    </w:p>
    <w:p w14:paraId="20CD06E2" w14:textId="77777777" w:rsidR="00E90DD2" w:rsidRDefault="00E90DD2" w:rsidP="00E90DD2">
      <w:pPr>
        <w:jc w:val="both"/>
        <w:rPr>
          <w:rFonts w:asciiTheme="majorHAnsi" w:hAnsiTheme="majorHAnsi" w:cstheme="majorHAnsi"/>
          <w:i/>
          <w:iCs/>
          <w:sz w:val="24"/>
          <w:szCs w:val="24"/>
          <w:lang w:val="it-IT"/>
        </w:rPr>
      </w:pPr>
    </w:p>
    <w:p w14:paraId="5A1171F2" w14:textId="77777777" w:rsidR="00E90DD2" w:rsidRDefault="00E90DD2" w:rsidP="00E90DD2">
      <w:pPr>
        <w:jc w:val="both"/>
        <w:rPr>
          <w:rFonts w:asciiTheme="majorHAnsi" w:hAnsiTheme="majorHAnsi" w:cstheme="majorHAnsi"/>
          <w:i/>
          <w:iCs/>
          <w:sz w:val="24"/>
          <w:szCs w:val="24"/>
          <w:lang w:val="it-IT"/>
        </w:rPr>
      </w:pPr>
    </w:p>
    <w:p w14:paraId="4DF9B9E6" w14:textId="77777777" w:rsidR="004A1E1F" w:rsidRDefault="004A1E1F" w:rsidP="00E90DD2">
      <w:pPr>
        <w:jc w:val="both"/>
        <w:rPr>
          <w:rFonts w:asciiTheme="majorHAnsi" w:hAnsiTheme="majorHAnsi" w:cstheme="majorHAnsi"/>
          <w:i/>
          <w:iCs/>
          <w:sz w:val="24"/>
          <w:szCs w:val="24"/>
          <w:lang w:val="it-IT"/>
        </w:rPr>
      </w:pPr>
    </w:p>
    <w:p w14:paraId="201BF54E" w14:textId="77777777" w:rsidR="004A1E1F" w:rsidRDefault="004A1E1F" w:rsidP="00E90DD2">
      <w:pPr>
        <w:jc w:val="both"/>
        <w:rPr>
          <w:rFonts w:asciiTheme="majorHAnsi" w:hAnsiTheme="majorHAnsi" w:cstheme="majorHAnsi"/>
          <w:i/>
          <w:iCs/>
          <w:sz w:val="24"/>
          <w:szCs w:val="24"/>
          <w:lang w:val="it-IT"/>
        </w:rPr>
      </w:pPr>
    </w:p>
    <w:p w14:paraId="79FB72CB" w14:textId="118A0DC5" w:rsidR="00E93640" w:rsidRPr="00E90DD2" w:rsidRDefault="000C309C" w:rsidP="00E90DD2">
      <w:pPr>
        <w:jc w:val="both"/>
        <w:rPr>
          <w:rFonts w:asciiTheme="majorHAnsi" w:hAnsiTheme="majorHAnsi" w:cstheme="majorHAnsi"/>
          <w:i/>
          <w:iCs/>
          <w:sz w:val="12"/>
          <w:szCs w:val="12"/>
          <w:lang w:val="it-IT"/>
        </w:rPr>
      </w:pPr>
      <w:r>
        <w:rPr>
          <w:rFonts w:asciiTheme="majorHAnsi" w:hAnsiTheme="majorHAnsi" w:cstheme="majorHAnsi"/>
          <w:i/>
          <w:iCs/>
          <w:sz w:val="24"/>
          <w:szCs w:val="24"/>
          <w:lang w:val="it-IT"/>
        </w:rPr>
        <w:t>L</w:t>
      </w:r>
      <w:r w:rsidR="00222E38" w:rsidRPr="00E90DD2"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’impresa è stata informata della presente </w:t>
      </w:r>
      <w:r w:rsidR="00CA05B4">
        <w:rPr>
          <w:rFonts w:asciiTheme="majorHAnsi" w:hAnsiTheme="majorHAnsi" w:cstheme="majorHAnsi"/>
          <w:i/>
          <w:iCs/>
          <w:sz w:val="24"/>
          <w:szCs w:val="24"/>
          <w:lang w:val="it-IT"/>
        </w:rPr>
        <w:t>segnalazione</w:t>
      </w:r>
      <w:r w:rsidR="00222E38" w:rsidRPr="00E90DD2">
        <w:rPr>
          <w:rFonts w:asciiTheme="majorHAnsi" w:hAnsiTheme="majorHAnsi" w:cstheme="majorHAnsi"/>
          <w:i/>
          <w:iCs/>
          <w:sz w:val="24"/>
          <w:szCs w:val="24"/>
          <w:lang w:val="it-IT"/>
        </w:rPr>
        <w:t xml:space="preserve"> dalla propria Associazione Territoriale Confartigianato e manifesta la propria disponibilità a essere contattata nell’ambito delle attività connesse al progetto “Manifatture Aperte”.</w:t>
      </w:r>
    </w:p>
    <w:sectPr w:rsidR="00E93640" w:rsidRPr="00E90DD2" w:rsidSect="006A54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00" w:bottom="709" w:left="1000" w:header="720" w:footer="3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C91C5F" w14:textId="77777777" w:rsidR="00A91C36" w:rsidRDefault="00A91C36" w:rsidP="006A5444">
      <w:pPr>
        <w:spacing w:after="0" w:line="240" w:lineRule="auto"/>
      </w:pPr>
      <w:r>
        <w:separator/>
      </w:r>
    </w:p>
  </w:endnote>
  <w:endnote w:type="continuationSeparator" w:id="0">
    <w:p w14:paraId="2F0A0E60" w14:textId="77777777" w:rsidR="00A91C36" w:rsidRDefault="00A91C36" w:rsidP="006A5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969221" w14:textId="77777777" w:rsidR="000C309C" w:rsidRDefault="000C309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5799725"/>
      <w:docPartObj>
        <w:docPartGallery w:val="Page Numbers (Bottom of Page)"/>
        <w:docPartUnique/>
      </w:docPartObj>
    </w:sdtPr>
    <w:sdtContent>
      <w:p w14:paraId="24D9CE79" w14:textId="0596A4C3" w:rsidR="006A5444" w:rsidRDefault="006A544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6307BE6A" w14:textId="2C04E515" w:rsidR="006A5444" w:rsidRPr="00E90DD2" w:rsidRDefault="00E90DD2" w:rsidP="006A5444">
    <w:pPr>
      <w:pStyle w:val="Pidipagina"/>
      <w:pBdr>
        <w:top w:val="single" w:sz="4" w:space="1" w:color="auto"/>
      </w:pBdr>
      <w:rPr>
        <w:rFonts w:asciiTheme="majorHAnsi" w:hAnsiTheme="majorHAnsi" w:cstheme="majorHAnsi"/>
        <w:i/>
        <w:iCs/>
      </w:rPr>
    </w:pPr>
    <w:r w:rsidRPr="00E90DD2">
      <w:rPr>
        <w:rFonts w:asciiTheme="majorHAnsi" w:hAnsiTheme="majorHAnsi" w:cstheme="majorHAnsi"/>
        <w:i/>
        <w:iCs/>
      </w:rPr>
      <w:t xml:space="preserve">MANIFATTURE APERTE – RACCOLTA </w:t>
    </w:r>
    <w:r w:rsidR="00D515A2">
      <w:rPr>
        <w:rFonts w:asciiTheme="majorHAnsi" w:hAnsiTheme="majorHAnsi" w:cstheme="majorHAnsi"/>
        <w:i/>
        <w:iCs/>
      </w:rPr>
      <w:t xml:space="preserve">DATI IMPRESA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342F98" w14:textId="77777777" w:rsidR="000C309C" w:rsidRDefault="000C30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0C5932" w14:textId="77777777" w:rsidR="00A91C36" w:rsidRDefault="00A91C36" w:rsidP="006A5444">
      <w:pPr>
        <w:spacing w:after="0" w:line="240" w:lineRule="auto"/>
      </w:pPr>
      <w:r>
        <w:separator/>
      </w:r>
    </w:p>
  </w:footnote>
  <w:footnote w:type="continuationSeparator" w:id="0">
    <w:p w14:paraId="30379F73" w14:textId="77777777" w:rsidR="00A91C36" w:rsidRDefault="00A91C36" w:rsidP="006A5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4890B" w14:textId="77777777" w:rsidR="000C309C" w:rsidRDefault="000C309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D3BE9" w14:textId="0F451819" w:rsidR="00E90DD2" w:rsidRDefault="00E90DD2">
    <w:pPr>
      <w:pStyle w:val="Intestazione"/>
    </w:pPr>
    <w:r>
      <w:rPr>
        <w:noProof/>
      </w:rPr>
      <w:drawing>
        <wp:inline distT="0" distB="0" distL="0" distR="0" wp14:anchorId="68BA3006" wp14:editId="6C59F84F">
          <wp:extent cx="1320800" cy="618093"/>
          <wp:effectExtent l="0" t="0" r="0" b="0"/>
          <wp:docPr id="71664736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647369" name="Immagine 7166473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4963" cy="634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A95A52" w14:textId="77777777" w:rsidR="00E90DD2" w:rsidRDefault="00E90DD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6387BA" w14:textId="77777777" w:rsidR="000C309C" w:rsidRDefault="000C309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A547CB"/>
    <w:multiLevelType w:val="hybridMultilevel"/>
    <w:tmpl w:val="FC609B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FE4E56"/>
    <w:multiLevelType w:val="hybridMultilevel"/>
    <w:tmpl w:val="0B0AD904"/>
    <w:lvl w:ilvl="0" w:tplc="F886DBBA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883379">
    <w:abstractNumId w:val="8"/>
  </w:num>
  <w:num w:numId="2" w16cid:durableId="1951543277">
    <w:abstractNumId w:val="6"/>
  </w:num>
  <w:num w:numId="3" w16cid:durableId="1850371159">
    <w:abstractNumId w:val="5"/>
  </w:num>
  <w:num w:numId="4" w16cid:durableId="857960843">
    <w:abstractNumId w:val="4"/>
  </w:num>
  <w:num w:numId="5" w16cid:durableId="1449816395">
    <w:abstractNumId w:val="7"/>
  </w:num>
  <w:num w:numId="6" w16cid:durableId="877206947">
    <w:abstractNumId w:val="3"/>
  </w:num>
  <w:num w:numId="7" w16cid:durableId="176389425">
    <w:abstractNumId w:val="2"/>
  </w:num>
  <w:num w:numId="8" w16cid:durableId="2001614510">
    <w:abstractNumId w:val="1"/>
  </w:num>
  <w:num w:numId="9" w16cid:durableId="882403111">
    <w:abstractNumId w:val="0"/>
  </w:num>
  <w:num w:numId="10" w16cid:durableId="107163226">
    <w:abstractNumId w:val="9"/>
  </w:num>
  <w:num w:numId="11" w16cid:durableId="4846693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4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09C"/>
    <w:rsid w:val="0015074B"/>
    <w:rsid w:val="001852E3"/>
    <w:rsid w:val="00192CF5"/>
    <w:rsid w:val="001D64A4"/>
    <w:rsid w:val="00222E38"/>
    <w:rsid w:val="0029639D"/>
    <w:rsid w:val="002C157E"/>
    <w:rsid w:val="002D21C0"/>
    <w:rsid w:val="0031408F"/>
    <w:rsid w:val="00326F90"/>
    <w:rsid w:val="00344AF2"/>
    <w:rsid w:val="003613CD"/>
    <w:rsid w:val="003B2930"/>
    <w:rsid w:val="004140AC"/>
    <w:rsid w:val="004276FF"/>
    <w:rsid w:val="00432E7E"/>
    <w:rsid w:val="0045210F"/>
    <w:rsid w:val="00480F96"/>
    <w:rsid w:val="004A1E1F"/>
    <w:rsid w:val="005B1982"/>
    <w:rsid w:val="00601215"/>
    <w:rsid w:val="006A5444"/>
    <w:rsid w:val="006D6EE9"/>
    <w:rsid w:val="007167E9"/>
    <w:rsid w:val="0073699B"/>
    <w:rsid w:val="007631B0"/>
    <w:rsid w:val="008B19F6"/>
    <w:rsid w:val="009223A0"/>
    <w:rsid w:val="00951209"/>
    <w:rsid w:val="009E7109"/>
    <w:rsid w:val="00A04B2C"/>
    <w:rsid w:val="00A91C36"/>
    <w:rsid w:val="00A95A86"/>
    <w:rsid w:val="00A978D9"/>
    <w:rsid w:val="00AA1D8D"/>
    <w:rsid w:val="00B16C62"/>
    <w:rsid w:val="00B47730"/>
    <w:rsid w:val="00B64D32"/>
    <w:rsid w:val="00B915D1"/>
    <w:rsid w:val="00BE3718"/>
    <w:rsid w:val="00BF6345"/>
    <w:rsid w:val="00CA05B4"/>
    <w:rsid w:val="00CB0664"/>
    <w:rsid w:val="00D05FAE"/>
    <w:rsid w:val="00D515A2"/>
    <w:rsid w:val="00E25702"/>
    <w:rsid w:val="00E90DD2"/>
    <w:rsid w:val="00E93640"/>
    <w:rsid w:val="00EC6766"/>
    <w:rsid w:val="00F32477"/>
    <w:rsid w:val="00FC693F"/>
    <w:rsid w:val="00FD6B14"/>
    <w:rsid w:val="00FE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EBE594"/>
  <w14:defaultImageDpi w14:val="300"/>
  <w15:docId w15:val="{CDE331A9-059C-45DC-BEFD-D84F542A3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53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8CB7C6-2C3E-409D-B2C6-28DDEF545C7F}"/>
</file>

<file path=customXml/itemProps3.xml><?xml version="1.0" encoding="utf-8"?>
<ds:datastoreItem xmlns:ds="http://schemas.openxmlformats.org/officeDocument/2006/customXml" ds:itemID="{4D36E9D1-9DD8-498B-AC03-1D2FD4DCEE92}"/>
</file>

<file path=customXml/itemProps4.xml><?xml version="1.0" encoding="utf-8"?>
<ds:datastoreItem xmlns:ds="http://schemas.openxmlformats.org/officeDocument/2006/customXml" ds:itemID="{BDAB0A50-AD5C-43F5-8F6C-F7E4E69BDB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710</Words>
  <Characters>4051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Gagliardi</dc:creator>
  <cp:keywords/>
  <dc:description>generated by python-docx</dc:description>
  <cp:lastModifiedBy>Roberta Gagliardi</cp:lastModifiedBy>
  <cp:revision>4</cp:revision>
  <dcterms:created xsi:type="dcterms:W3CDTF">2026-11-03T18:51:00Z</dcterms:created>
  <dcterms:modified xsi:type="dcterms:W3CDTF">2026-11-03T18:52:00Z</dcterms:modified>
  <cp:category/>
</cp:coreProperties>
</file>